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운영 체크리스트</w:t>
      </w:r>
    </w:p>
    <w:p>
      <w:pPr>
        <w:pStyle w:val="Heading2"/>
      </w:pPr>
      <w:r>
        <w:t>강의 전</w:t>
      </w:r>
    </w:p>
    <w:p>
      <w:pPr>
        <w:pStyle w:val="ListBullet"/>
      </w:pPr>
      <w:r>
        <w:t>[ ] Opal 접속 가능 여부 확인</w:t>
      </w:r>
    </w:p>
    <w:p>
      <w:pPr>
        <w:pStyle w:val="ListBullet"/>
      </w:pPr>
      <w:r>
        <w:t>[ ] Workspace Studio 관리자 설정 확인</w:t>
      </w:r>
    </w:p>
    <w:p>
      <w:pPr>
        <w:pStyle w:val="ListBullet"/>
      </w:pPr>
      <w:r>
        <w:t>[ ] Forms, Sheets, Docs, Drive, Chat 권한 확인</w:t>
      </w:r>
    </w:p>
    <w:p>
      <w:pPr>
        <w:pStyle w:val="ListBullet"/>
      </w:pPr>
      <w:r>
        <w:t>[ ] AI Studio 접속 확인</w:t>
      </w:r>
    </w:p>
    <w:p>
      <w:pPr>
        <w:pStyle w:val="ListBullet"/>
      </w:pPr>
      <w:r>
        <w:t>[ ] Antigravity 설치/시연 환경 확인</w:t>
      </w:r>
    </w:p>
    <w:p>
      <w:pPr>
        <w:pStyle w:val="ListBullet"/>
      </w:pPr>
      <w:r>
        <w:t>[ ] 더미 학생 프로필 배포</w:t>
      </w:r>
    </w:p>
    <w:p>
      <w:pPr>
        <w:pStyle w:val="ListBullet"/>
      </w:pPr>
      <w:r>
        <w:t>[ ] 실제 학생정보 사용 금지 안내</w:t>
      </w:r>
    </w:p>
    <w:p>
      <w:pPr>
        <w:pStyle w:val="Heading2"/>
      </w:pPr>
      <w:r>
        <w:t>강의 중</w:t>
      </w:r>
    </w:p>
    <w:p>
      <w:pPr>
        <w:pStyle w:val="ListBullet"/>
      </w:pPr>
      <w:r>
        <w:t>[ ] Opal 앱 1개 생성</w:t>
      </w:r>
    </w:p>
    <w:p>
      <w:pPr>
        <w:pStyle w:val="ListBullet"/>
      </w:pPr>
      <w:r>
        <w:t>[ ] Workspace Flow 또는 Flow 설계지 완성</w:t>
      </w:r>
    </w:p>
    <w:p>
      <w:pPr>
        <w:pStyle w:val="ListBullet"/>
      </w:pPr>
      <w:r>
        <w:t>[ ] AI Studio 프롬프트 1개 완성</w:t>
      </w:r>
    </w:p>
    <w:p>
      <w:pPr>
        <w:pStyle w:val="ListBullet"/>
      </w:pPr>
      <w:r>
        <w:t>[ ] Antigravity 요구사항 1개 작성</w:t>
      </w:r>
    </w:p>
    <w:p>
      <w:pPr>
        <w:pStyle w:val="ListBullet"/>
      </w:pPr>
      <w:r>
        <w:t>[ ] 개인정보·윤리 체크 반복 안내</w:t>
      </w:r>
    </w:p>
    <w:p>
      <w:pPr>
        <w:pStyle w:val="Heading2"/>
      </w:pPr>
      <w:r>
        <w:t>강의 후</w:t>
      </w:r>
    </w:p>
    <w:p>
      <w:pPr>
        <w:pStyle w:val="ListBullet"/>
      </w:pPr>
      <w:r>
        <w:t>[ ] 참가자 산출물 공유 방식 안내</w:t>
      </w:r>
    </w:p>
    <w:p>
      <w:pPr>
        <w:pStyle w:val="ListBullet"/>
      </w:pPr>
      <w:r>
        <w:t>[ ] 학교 계정/관리자 설정 후속 확인</w:t>
      </w:r>
    </w:p>
    <w:p>
      <w:pPr>
        <w:pStyle w:val="ListBullet"/>
      </w:pPr>
      <w:r>
        <w:t>[ ] 다음 주 적용 과제 1개 제출 안내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ple SD Gothic Neo" w:hAnsi="Apple SD Gothic Neo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