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더미 학생 프로필 10종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ID</w:t>
            </w:r>
          </w:p>
        </w:tc>
        <w:tc>
          <w:tcPr>
            <w:tcW w:type="dxa" w:w="1234"/>
          </w:tcPr>
          <w:p>
            <w:r>
              <w:t>교과/학년</w:t>
            </w:r>
          </w:p>
        </w:tc>
        <w:tc>
          <w:tcPr>
            <w:tcW w:type="dxa" w:w="1234"/>
          </w:tcPr>
          <w:p>
            <w:r>
              <w:t>단원</w:t>
            </w:r>
          </w:p>
        </w:tc>
        <w:tc>
          <w:tcPr>
            <w:tcW w:type="dxa" w:w="1234"/>
          </w:tcPr>
          <w:p>
            <w:r>
              <w:t>이해 수준</w:t>
            </w:r>
          </w:p>
        </w:tc>
        <w:tc>
          <w:tcPr>
            <w:tcW w:type="dxa" w:w="1234"/>
          </w:tcPr>
          <w:p>
            <w:r>
              <w:t>자주 하는 어려움</w:t>
            </w:r>
          </w:p>
        </w:tc>
        <w:tc>
          <w:tcPr>
            <w:tcW w:type="dxa" w:w="1234"/>
          </w:tcPr>
          <w:p>
            <w:r>
              <w:t>선호 방식</w:t>
            </w:r>
          </w:p>
        </w:tc>
        <w:tc>
          <w:tcPr>
            <w:tcW w:type="dxa" w:w="1234"/>
          </w:tcPr>
          <w:p>
            <w:r>
              <w:t>필요한 지원</w:t>
            </w:r>
          </w:p>
        </w:tc>
      </w:tr>
      <w:tr>
        <w:tc>
          <w:tcPr>
            <w:tcW w:type="dxa" w:w="1234"/>
          </w:tcPr>
          <w:p>
            <w:r>
              <w:t>P01</w:t>
            </w:r>
          </w:p>
        </w:tc>
        <w:tc>
          <w:tcPr>
            <w:tcW w:type="dxa" w:w="1234"/>
          </w:tcPr>
          <w:p>
            <w:r>
              <w:t>중2 수학</w:t>
            </w:r>
          </w:p>
        </w:tc>
        <w:tc>
          <w:tcPr>
            <w:tcW w:type="dxa" w:w="1234"/>
          </w:tcPr>
          <w:p>
            <w:r>
              <w:t>일차방정식</w:t>
            </w:r>
          </w:p>
        </w:tc>
        <w:tc>
          <w:tcPr>
            <w:tcW w:type="dxa" w:w="1234"/>
          </w:tcPr>
          <w:p>
            <w:r>
              <w:t>기초</w:t>
            </w:r>
          </w:p>
        </w:tc>
        <w:tc>
          <w:tcPr>
            <w:tcW w:type="dxa" w:w="1234"/>
          </w:tcPr>
          <w:p>
            <w:r>
              <w:t>문장제를 식으로 세우기 어려움</w:t>
            </w:r>
          </w:p>
        </w:tc>
        <w:tc>
          <w:tcPr>
            <w:tcW w:type="dxa" w:w="1234"/>
          </w:tcPr>
          <w:p>
            <w:r>
              <w:t>그림과 단계별 설명</w:t>
            </w:r>
          </w:p>
        </w:tc>
        <w:tc>
          <w:tcPr>
            <w:tcW w:type="dxa" w:w="1234"/>
          </w:tcPr>
          <w:p>
            <w:r>
              <w:t>문제를 읽고 식 세우는 틀 제공</w:t>
            </w:r>
          </w:p>
        </w:tc>
      </w:tr>
      <w:tr>
        <w:tc>
          <w:tcPr>
            <w:tcW w:type="dxa" w:w="1234"/>
          </w:tcPr>
          <w:p>
            <w:r>
              <w:t>P02</w:t>
            </w:r>
          </w:p>
        </w:tc>
        <w:tc>
          <w:tcPr>
            <w:tcW w:type="dxa" w:w="1234"/>
          </w:tcPr>
          <w:p>
            <w:r>
              <w:t>중1 국어</w:t>
            </w:r>
          </w:p>
        </w:tc>
        <w:tc>
          <w:tcPr>
            <w:tcW w:type="dxa" w:w="1234"/>
          </w:tcPr>
          <w:p>
            <w:r>
              <w:t>설명문 읽기</w:t>
            </w:r>
          </w:p>
        </w:tc>
        <w:tc>
          <w:tcPr>
            <w:tcW w:type="dxa" w:w="1234"/>
          </w:tcPr>
          <w:p>
            <w:r>
              <w:t>보통</w:t>
            </w:r>
          </w:p>
        </w:tc>
        <w:tc>
          <w:tcPr>
            <w:tcW w:type="dxa" w:w="1234"/>
          </w:tcPr>
          <w:p>
            <w:r>
              <w:t>중심 내용과 세부 내용을 혼동</w:t>
            </w:r>
          </w:p>
        </w:tc>
        <w:tc>
          <w:tcPr>
            <w:tcW w:type="dxa" w:w="1234"/>
          </w:tcPr>
          <w:p>
            <w:r>
              <w:t>키워드 표시</w:t>
            </w:r>
          </w:p>
        </w:tc>
        <w:tc>
          <w:tcPr>
            <w:tcW w:type="dxa" w:w="1234"/>
          </w:tcPr>
          <w:p>
            <w:r>
              <w:t>문단별 핵심어 찾기 활동</w:t>
            </w:r>
          </w:p>
        </w:tc>
      </w:tr>
      <w:tr>
        <w:tc>
          <w:tcPr>
            <w:tcW w:type="dxa" w:w="1234"/>
          </w:tcPr>
          <w:p>
            <w:r>
              <w:t>P03</w:t>
            </w:r>
          </w:p>
        </w:tc>
        <w:tc>
          <w:tcPr>
            <w:tcW w:type="dxa" w:w="1234"/>
          </w:tcPr>
          <w:p>
            <w:r>
              <w:t>초5 과학</w:t>
            </w:r>
          </w:p>
        </w:tc>
        <w:tc>
          <w:tcPr>
            <w:tcW w:type="dxa" w:w="1234"/>
          </w:tcPr>
          <w:p>
            <w:r>
              <w:t>식물의 한살이</w:t>
            </w:r>
          </w:p>
        </w:tc>
        <w:tc>
          <w:tcPr>
            <w:tcW w:type="dxa" w:w="1234"/>
          </w:tcPr>
          <w:p>
            <w:r>
              <w:t>기초</w:t>
            </w:r>
          </w:p>
        </w:tc>
        <w:tc>
          <w:tcPr>
            <w:tcW w:type="dxa" w:w="1234"/>
          </w:tcPr>
          <w:p>
            <w:r>
              <w:t>원인과 결과 설명 약함</w:t>
            </w:r>
          </w:p>
        </w:tc>
        <w:tc>
          <w:tcPr>
            <w:tcW w:type="dxa" w:w="1234"/>
          </w:tcPr>
          <w:p>
            <w:r>
              <w:t>관찰 활동</w:t>
            </w:r>
          </w:p>
        </w:tc>
        <w:tc>
          <w:tcPr>
            <w:tcW w:type="dxa" w:w="1234"/>
          </w:tcPr>
          <w:p>
            <w:r>
              <w:t>그림 관찰 후 말로 설명하기</w:t>
            </w:r>
          </w:p>
        </w:tc>
      </w:tr>
      <w:tr>
        <w:tc>
          <w:tcPr>
            <w:tcW w:type="dxa" w:w="1234"/>
          </w:tcPr>
          <w:p>
            <w:r>
              <w:t>P04</w:t>
            </w:r>
          </w:p>
        </w:tc>
        <w:tc>
          <w:tcPr>
            <w:tcW w:type="dxa" w:w="1234"/>
          </w:tcPr>
          <w:p>
            <w:r>
              <w:t>중2 영어</w:t>
            </w:r>
          </w:p>
        </w:tc>
        <w:tc>
          <w:tcPr>
            <w:tcW w:type="dxa" w:w="1234"/>
          </w:tcPr>
          <w:p>
            <w:r>
              <w:t>비교급 표현</w:t>
            </w:r>
          </w:p>
        </w:tc>
        <w:tc>
          <w:tcPr>
            <w:tcW w:type="dxa" w:w="1234"/>
          </w:tcPr>
          <w:p>
            <w:r>
              <w:t>보통</w:t>
            </w:r>
          </w:p>
        </w:tc>
        <w:tc>
          <w:tcPr>
            <w:tcW w:type="dxa" w:w="1234"/>
          </w:tcPr>
          <w:p>
            <w:r>
              <w:t>than 구조를 자주 빠뜨림</w:t>
            </w:r>
          </w:p>
        </w:tc>
        <w:tc>
          <w:tcPr>
            <w:tcW w:type="dxa" w:w="1234"/>
          </w:tcPr>
          <w:p>
            <w:r>
              <w:t>예문 반복</w:t>
            </w:r>
          </w:p>
        </w:tc>
        <w:tc>
          <w:tcPr>
            <w:tcW w:type="dxa" w:w="1234"/>
          </w:tcPr>
          <w:p>
            <w:r>
              <w:t>짧은 문장 변형 연습</w:t>
            </w:r>
          </w:p>
        </w:tc>
      </w:tr>
      <w:tr>
        <w:tc>
          <w:tcPr>
            <w:tcW w:type="dxa" w:w="1234"/>
          </w:tcPr>
          <w:p>
            <w:r>
              <w:t>P05</w:t>
            </w:r>
          </w:p>
        </w:tc>
        <w:tc>
          <w:tcPr>
            <w:tcW w:type="dxa" w:w="1234"/>
          </w:tcPr>
          <w:p>
            <w:r>
              <w:t>초6 사회</w:t>
            </w:r>
          </w:p>
        </w:tc>
        <w:tc>
          <w:tcPr>
            <w:tcW w:type="dxa" w:w="1234"/>
          </w:tcPr>
          <w:p>
            <w:r>
              <w:t>민주주의와 선거</w:t>
            </w:r>
          </w:p>
        </w:tc>
        <w:tc>
          <w:tcPr>
            <w:tcW w:type="dxa" w:w="1234"/>
          </w:tcPr>
          <w:p>
            <w:r>
              <w:t>심화</w:t>
            </w:r>
          </w:p>
        </w:tc>
        <w:tc>
          <w:tcPr>
            <w:tcW w:type="dxa" w:w="1234"/>
          </w:tcPr>
          <w:p>
            <w:r>
              <w:t>개념은 알지만 사례 적용이 약함</w:t>
            </w:r>
          </w:p>
        </w:tc>
        <w:tc>
          <w:tcPr>
            <w:tcW w:type="dxa" w:w="1234"/>
          </w:tcPr>
          <w:p>
            <w:r>
              <w:t>토론 활동</w:t>
            </w:r>
          </w:p>
        </w:tc>
        <w:tc>
          <w:tcPr>
            <w:tcW w:type="dxa" w:w="1234"/>
          </w:tcPr>
          <w:p>
            <w:r>
              <w:t>생활 사례와 연결</w:t>
            </w:r>
          </w:p>
        </w:tc>
      </w:tr>
      <w:tr>
        <w:tc>
          <w:tcPr>
            <w:tcW w:type="dxa" w:w="1234"/>
          </w:tcPr>
          <w:p>
            <w:r>
              <w:t>P06</w:t>
            </w:r>
          </w:p>
        </w:tc>
        <w:tc>
          <w:tcPr>
            <w:tcW w:type="dxa" w:w="1234"/>
          </w:tcPr>
          <w:p>
            <w:r>
              <w:t>중3 과학</w:t>
            </w:r>
          </w:p>
        </w:tc>
        <w:tc>
          <w:tcPr>
            <w:tcW w:type="dxa" w:w="1234"/>
          </w:tcPr>
          <w:p>
            <w:r>
              <w:t>전기와 자기</w:t>
            </w:r>
          </w:p>
        </w:tc>
        <w:tc>
          <w:tcPr>
            <w:tcW w:type="dxa" w:w="1234"/>
          </w:tcPr>
          <w:p>
            <w:r>
              <w:t>기초</w:t>
            </w:r>
          </w:p>
        </w:tc>
        <w:tc>
          <w:tcPr>
            <w:tcW w:type="dxa" w:w="1234"/>
          </w:tcPr>
          <w:p>
            <w:r>
              <w:t>전류와 전압 구분 어려움</w:t>
            </w:r>
          </w:p>
        </w:tc>
        <w:tc>
          <w:tcPr>
            <w:tcW w:type="dxa" w:w="1234"/>
          </w:tcPr>
          <w:p>
            <w:r>
              <w:t>비유 설명</w:t>
            </w:r>
          </w:p>
        </w:tc>
        <w:tc>
          <w:tcPr>
            <w:tcW w:type="dxa" w:w="1234"/>
          </w:tcPr>
          <w:p>
            <w:r>
              <w:t>그림 회로와 생활 비유</w:t>
            </w:r>
          </w:p>
        </w:tc>
      </w:tr>
      <w:tr>
        <w:tc>
          <w:tcPr>
            <w:tcW w:type="dxa" w:w="1234"/>
          </w:tcPr>
          <w:p>
            <w:r>
              <w:t>P07</w:t>
            </w:r>
          </w:p>
        </w:tc>
        <w:tc>
          <w:tcPr>
            <w:tcW w:type="dxa" w:w="1234"/>
          </w:tcPr>
          <w:p>
            <w:r>
              <w:t>중1 정보</w:t>
            </w:r>
          </w:p>
        </w:tc>
        <w:tc>
          <w:tcPr>
            <w:tcW w:type="dxa" w:w="1234"/>
          </w:tcPr>
          <w:p>
            <w:r>
              <w:t>순차·반복 구조</w:t>
            </w:r>
          </w:p>
        </w:tc>
        <w:tc>
          <w:tcPr>
            <w:tcW w:type="dxa" w:w="1234"/>
          </w:tcPr>
          <w:p>
            <w:r>
              <w:t>보통</w:t>
            </w:r>
          </w:p>
        </w:tc>
        <w:tc>
          <w:tcPr>
            <w:tcW w:type="dxa" w:w="1234"/>
          </w:tcPr>
          <w:p>
            <w:r>
              <w:t>반복 조건을 헷갈림</w:t>
            </w:r>
          </w:p>
        </w:tc>
        <w:tc>
          <w:tcPr>
            <w:tcW w:type="dxa" w:w="1234"/>
          </w:tcPr>
          <w:p>
            <w:r>
              <w:t>블록 예시</w:t>
            </w:r>
          </w:p>
        </w:tc>
        <w:tc>
          <w:tcPr>
            <w:tcW w:type="dxa" w:w="1234"/>
          </w:tcPr>
          <w:p>
            <w:r>
              <w:t>조건을 말로 설명 후 블록화</w:t>
            </w:r>
          </w:p>
        </w:tc>
      </w:tr>
      <w:tr>
        <w:tc>
          <w:tcPr>
            <w:tcW w:type="dxa" w:w="1234"/>
          </w:tcPr>
          <w:p>
            <w:r>
              <w:t>P08</w:t>
            </w:r>
          </w:p>
        </w:tc>
        <w:tc>
          <w:tcPr>
            <w:tcW w:type="dxa" w:w="1234"/>
          </w:tcPr>
          <w:p>
            <w:r>
              <w:t>초4 수학</w:t>
            </w:r>
          </w:p>
        </w:tc>
        <w:tc>
          <w:tcPr>
            <w:tcW w:type="dxa" w:w="1234"/>
          </w:tcPr>
          <w:p>
            <w:r>
              <w:t>분수의 크기 비교</w:t>
            </w:r>
          </w:p>
        </w:tc>
        <w:tc>
          <w:tcPr>
            <w:tcW w:type="dxa" w:w="1234"/>
          </w:tcPr>
          <w:p>
            <w:r>
              <w:t>기초</w:t>
            </w:r>
          </w:p>
        </w:tc>
        <w:tc>
          <w:tcPr>
            <w:tcW w:type="dxa" w:w="1234"/>
          </w:tcPr>
          <w:p>
            <w:r>
              <w:t>분모가 다를 때 비교 어려움</w:t>
            </w:r>
          </w:p>
        </w:tc>
        <w:tc>
          <w:tcPr>
            <w:tcW w:type="dxa" w:w="1234"/>
          </w:tcPr>
          <w:p>
            <w:r>
              <w:t>그림 모델</w:t>
            </w:r>
          </w:p>
        </w:tc>
        <w:tc>
          <w:tcPr>
            <w:tcW w:type="dxa" w:w="1234"/>
          </w:tcPr>
          <w:p>
            <w:r>
              <w:t>막대 그림으로 비교</w:t>
            </w:r>
          </w:p>
        </w:tc>
      </w:tr>
      <w:tr>
        <w:tc>
          <w:tcPr>
            <w:tcW w:type="dxa" w:w="1234"/>
          </w:tcPr>
          <w:p>
            <w:r>
              <w:t>P09</w:t>
            </w:r>
          </w:p>
        </w:tc>
        <w:tc>
          <w:tcPr>
            <w:tcW w:type="dxa" w:w="1234"/>
          </w:tcPr>
          <w:p>
            <w:r>
              <w:t>중2 역사</w:t>
            </w:r>
          </w:p>
        </w:tc>
        <w:tc>
          <w:tcPr>
            <w:tcW w:type="dxa" w:w="1234"/>
          </w:tcPr>
          <w:p>
            <w:r>
              <w:t>조선 후기 사회 변화</w:t>
            </w:r>
          </w:p>
        </w:tc>
        <w:tc>
          <w:tcPr>
            <w:tcW w:type="dxa" w:w="1234"/>
          </w:tcPr>
          <w:p>
            <w:r>
              <w:t>보통</w:t>
            </w:r>
          </w:p>
        </w:tc>
        <w:tc>
          <w:tcPr>
            <w:tcW w:type="dxa" w:w="1234"/>
          </w:tcPr>
          <w:p>
            <w:r>
              <w:t>사건 순서와 원인 연결 약함</w:t>
            </w:r>
          </w:p>
        </w:tc>
        <w:tc>
          <w:tcPr>
            <w:tcW w:type="dxa" w:w="1234"/>
          </w:tcPr>
          <w:p>
            <w:r>
              <w:t>타임라인</w:t>
            </w:r>
          </w:p>
        </w:tc>
        <w:tc>
          <w:tcPr>
            <w:tcW w:type="dxa" w:w="1234"/>
          </w:tcPr>
          <w:p>
            <w:r>
              <w:t>원인-과정-결과 카드 정리</w:t>
            </w:r>
          </w:p>
        </w:tc>
      </w:tr>
      <w:tr>
        <w:tc>
          <w:tcPr>
            <w:tcW w:type="dxa" w:w="1234"/>
          </w:tcPr>
          <w:p>
            <w:r>
              <w:t>P10</w:t>
            </w:r>
          </w:p>
        </w:tc>
        <w:tc>
          <w:tcPr>
            <w:tcW w:type="dxa" w:w="1234"/>
          </w:tcPr>
          <w:p>
            <w:r>
              <w:t>고1 통합사회</w:t>
            </w:r>
          </w:p>
        </w:tc>
        <w:tc>
          <w:tcPr>
            <w:tcW w:type="dxa" w:w="1234"/>
          </w:tcPr>
          <w:p>
            <w:r>
              <w:t>인권과 헌법</w:t>
            </w:r>
          </w:p>
        </w:tc>
        <w:tc>
          <w:tcPr>
            <w:tcW w:type="dxa" w:w="1234"/>
          </w:tcPr>
          <w:p>
            <w:r>
              <w:t>심화</w:t>
            </w:r>
          </w:p>
        </w:tc>
        <w:tc>
          <w:tcPr>
            <w:tcW w:type="dxa" w:w="1234"/>
          </w:tcPr>
          <w:p>
            <w:r>
              <w:t>개념은 알지만 논거 제시 부족</w:t>
            </w:r>
          </w:p>
        </w:tc>
        <w:tc>
          <w:tcPr>
            <w:tcW w:type="dxa" w:w="1234"/>
          </w:tcPr>
          <w:p>
            <w:r>
              <w:t>사례 분석</w:t>
            </w:r>
          </w:p>
        </w:tc>
        <w:tc>
          <w:tcPr>
            <w:tcW w:type="dxa" w:w="1234"/>
          </w:tcPr>
          <w:p>
            <w:r>
              <w:t>주장-근거-예시 구조화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