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실습 프롬프트 모음</w:t>
      </w:r>
    </w:p>
    <w:p>
      <w:pPr>
        <w:pStyle w:val="Heading2"/>
      </w:pPr>
      <w:r>
        <w:t>1. Opal 앱 생성 기본형</w:t>
      </w:r>
    </w:p>
    <w:p>
      <w:r>
        <w:t>```text</w:t>
      </w:r>
    </w:p>
    <w:p>
      <w:r>
        <w:t>교사가 학생 맞춤형 수업 활동을 만들 수 있는 AI 미니앱을 만들어줘.</w:t>
      </w:r>
    </w:p>
    <w:p>
      <w:r>
        <w:t>교사는 과목, 단원, 학년, 학생 수준, 학생의 흥미, 어려워하는 부분을 입력한다.</w:t>
      </w:r>
    </w:p>
    <w:p>
      <w:r>
        <w:t>앱은 학생에게 맞는 3분 설명, 10분 활동, 확인 질문 3개, 교사용 피드백 문장을 출력한다.</w:t>
      </w:r>
    </w:p>
    <w:p>
      <w:r>
        <w:t>실제 학생 개인정보를 입력하지 않도록 안내 문구를 포함해줘.</w:t>
      </w:r>
    </w:p>
    <w:p>
      <w:r>
        <w:t>```</w:t>
      </w:r>
    </w:p>
    <w:p>
      <w:pPr>
        <w:pStyle w:val="Heading2"/>
      </w:pPr>
      <w:r>
        <w:t>2. Opal 오개념 보충형</w:t>
      </w:r>
    </w:p>
    <w:p>
      <w:r>
        <w:t>```text</w:t>
      </w:r>
    </w:p>
    <w:p>
      <w:r>
        <w:t>학생의 오개념을 보충하기 위한 교사용 AI 미니앱을 만들어줘.</w:t>
      </w:r>
    </w:p>
    <w:p>
      <w:r>
        <w:t>입력값은 과목, 단원, 학생이 틀린 문제 유형, 헷갈린 개념, 선호 설명 방식이다.</w:t>
      </w:r>
    </w:p>
    <w:p>
      <w:r>
        <w:t>출력은 가능한 오개념, 확인 질문 3개, 쉬운 설명, 다시 풀 문제 2개, 교사용 지도 팁으로 구성해줘.</w:t>
      </w:r>
    </w:p>
    <w:p>
      <w:r>
        <w:t>학생 개인정보를 입력하지 않도록 안내해줘.</w:t>
      </w:r>
    </w:p>
    <w:p>
      <w:r>
        <w:t>```</w:t>
      </w:r>
    </w:p>
    <w:p>
      <w:pPr>
        <w:pStyle w:val="Heading2"/>
      </w:pPr>
      <w:r>
        <w:t>3. Workspace Studio 응답 요약 Step</w:t>
      </w:r>
    </w:p>
    <w:p>
      <w:r>
        <w:t>```text</w:t>
      </w:r>
    </w:p>
    <w:p>
      <w:r>
        <w:t>아래 학생 진단 응답을 교사용으로 요약해줘.</w:t>
      </w:r>
    </w:p>
    <w:p>
      <w:r>
        <w:t>학생을 단정 평가하지 말고, 현재 응답에서 보이는 학습 지원 필요 영역만 정리해줘.</w:t>
      </w:r>
    </w:p>
    <w:p>
      <w:r>
        <w:t>출력:</w:t>
      </w:r>
    </w:p>
    <w:p>
      <w:r>
        <w:t>1. 이해한 부분</w:t>
      </w:r>
    </w:p>
    <w:p>
      <w:r>
        <w:t>2. 어려워하는 부분</w:t>
      </w:r>
    </w:p>
    <w:p>
      <w:r>
        <w:t>3. 필요한 설명 방식</w:t>
      </w:r>
    </w:p>
    <w:p>
      <w:r>
        <w:t>4. 다음 수업에서 확인할 질문</w:t>
      </w:r>
    </w:p>
    <w:p>
      <w:r>
        <w:t>```</w:t>
      </w:r>
    </w:p>
    <w:p>
      <w:pPr>
        <w:pStyle w:val="Heading2"/>
      </w:pPr>
      <w:r>
        <w:t>4. Workspace Studio 피드백 Step</w:t>
      </w:r>
    </w:p>
    <w:p>
      <w:r>
        <w:t>```text</w:t>
      </w:r>
    </w:p>
    <w:p>
      <w:r>
        <w:t>학생에게 전달할 수 있는 짧은 피드백 초안을 작성해줘.</w:t>
      </w:r>
    </w:p>
    <w:p>
      <w:r>
        <w:t>조건:</w:t>
      </w:r>
    </w:p>
    <w:p>
      <w:pPr>
        <w:pStyle w:val="ListBullet"/>
      </w:pPr>
      <w:r>
        <w:t>낙인 표현 금지</w:t>
      </w:r>
    </w:p>
    <w:p>
      <w:pPr>
        <w:pStyle w:val="ListBullet"/>
      </w:pPr>
      <w:r>
        <w:t>정답만 알려주지 않기</w:t>
      </w:r>
    </w:p>
    <w:p>
      <w:pPr>
        <w:pStyle w:val="ListBullet"/>
      </w:pPr>
      <w:r>
        <w:t>다음 행동을 구체적으로 제안</w:t>
      </w:r>
    </w:p>
    <w:p>
      <w:pPr>
        <w:pStyle w:val="ListBullet"/>
      </w:pPr>
      <w:r>
        <w:t>3~4문장</w:t>
      </w:r>
    </w:p>
    <w:p>
      <w:pPr>
        <w:pStyle w:val="ListBullet"/>
      </w:pPr>
      <w:r>
        <w:t>교사가 검토 후 수정할 수 있는 초안으로 작성</w:t>
      </w:r>
    </w:p>
    <w:p>
      <w:r>
        <w:t>```</w:t>
      </w:r>
    </w:p>
    <w:p>
      <w:pPr>
        <w:pStyle w:val="Heading2"/>
      </w:pPr>
      <w:r>
        <w:t>5. AI Studio 기본 실습 프롬프트</w:t>
      </w:r>
    </w:p>
    <w:p>
      <w:r>
        <w:t>```text</w:t>
      </w:r>
    </w:p>
    <w:p>
      <w:r>
        <w:t>너는 [교과] 교사를 돕는 학생 맞춤형 수업 에이전트야.</w:t>
      </w:r>
    </w:p>
    <w:p>
      <w:r>
        <w:t>단원: [단원명]</w:t>
      </w:r>
    </w:p>
    <w:p>
      <w:r>
        <w:t>학생 특성:</w:t>
      </w:r>
    </w:p>
    <w:p>
      <w:pPr>
        <w:pStyle w:val="ListBullet"/>
      </w:pPr>
      <w:r>
        <w:t>이해 수준:</w:t>
      </w:r>
    </w:p>
    <w:p>
      <w:pPr>
        <w:pStyle w:val="ListBullet"/>
      </w:pPr>
      <w:r>
        <w:t>자주 하는 실수:</w:t>
      </w:r>
    </w:p>
    <w:p>
      <w:pPr>
        <w:pStyle w:val="ListBullet"/>
      </w:pPr>
      <w:r>
        <w:t>흥미/선호:</w:t>
      </w:r>
    </w:p>
    <w:p>
      <w:pPr>
        <w:pStyle w:val="ListBullet"/>
      </w:pPr>
      <w:r>
        <w:t>필요한 지원:</w:t>
      </w:r>
    </w:p>
    <w:p>
      <w:r>
        <w:t>다음을 만들어줘.</w:t>
      </w:r>
    </w:p>
    <w:p>
      <w:r>
        <w:t>1. 3분 개념 설명</w:t>
      </w:r>
    </w:p>
    <w:p>
      <w:r>
        <w:t>2. 학생 맞춤 예시</w:t>
      </w:r>
    </w:p>
    <w:p>
      <w:r>
        <w:t>3. 난이도별 문제 3개</w:t>
      </w:r>
    </w:p>
    <w:p>
      <w:r>
        <w:t>4. 피드백 문장</w:t>
      </w:r>
    </w:p>
    <w:p>
      <w:r>
        <w:t>5. 다음 수업 연결 활동</w:t>
      </w:r>
    </w:p>
    <w:p>
      <w:r>
        <w:t>조건:</w:t>
      </w:r>
    </w:p>
    <w:p>
      <w:pPr>
        <w:pStyle w:val="ListBullet"/>
      </w:pPr>
      <w:r>
        <w:t>학생을 단정하거나 낙인찍지 말 것</w:t>
      </w:r>
    </w:p>
    <w:p>
      <w:pPr>
        <w:pStyle w:val="ListBullet"/>
      </w:pPr>
      <w:r>
        <w:t>실제 개인정보를 요구하지 말 것</w:t>
      </w:r>
    </w:p>
    <w:p>
      <w:pPr>
        <w:pStyle w:val="ListBullet"/>
      </w:pPr>
      <w:r>
        <w:t>교사가 검토할 수 있는 초안으로 작성할 것</w:t>
      </w:r>
    </w:p>
    <w:p>
      <w:r>
        <w:t>```</w:t>
      </w:r>
    </w:p>
    <w:p>
      <w:pPr>
        <w:pStyle w:val="Heading2"/>
      </w:pPr>
      <w:r>
        <w:t>6. Antigravity 수업 도구 생성 지시문</w:t>
      </w:r>
    </w:p>
    <w:p>
      <w:r>
        <w:t>```text</w:t>
      </w:r>
    </w:p>
    <w:p>
      <w:r>
        <w:t>초등/중등 교사가 사용할 수 있는 간단한 HTML 웹앱을 만들어줘.</w:t>
      </w:r>
    </w:p>
    <w:p>
      <w:r>
        <w:t>기능:</w:t>
      </w:r>
    </w:p>
    <w:p>
      <w:r>
        <w:t>1. 단원명 입력</w:t>
      </w:r>
    </w:p>
    <w:p>
      <w:r>
        <w:t>2. 학생 수준 선택: 기초/보통/심화</w:t>
      </w:r>
    </w:p>
    <w:p>
      <w:r>
        <w:t>3. 자주 하는 오개념 입력</w:t>
      </w:r>
    </w:p>
    <w:p>
      <w:r>
        <w:t>4. 버튼을 누르면 맞춤형 설명, 활동, 확인 질문 템플릿을 화면에 보여주기</w:t>
      </w:r>
    </w:p>
    <w:p>
      <w:r>
        <w:t>디자인은 교사용으로 단순하고 보기 좋게.</w:t>
      </w:r>
    </w:p>
    <w:p>
      <w:r>
        <w:t>파일은 index.html 하나로 만들어줘.</w:t>
      </w:r>
    </w:p>
    <w:p>
      <w:r>
        <w:t>로그인, 성적 저장, 개인정보 저장 기능은 넣지 마.</w:t>
      </w:r>
    </w:p>
    <w:p>
      <w:r>
        <w:t>```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ple SD Gothic Neo" w:hAnsi="Apple SD Gothic Neo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