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강사용 스크립트 — AI Agent로 만드는 학생 맞춤형 수업</w:t>
      </w:r>
    </w:p>
    <w:p>
      <w:pPr>
        <w:pStyle w:val="ListBullet"/>
      </w:pPr>
      <w:r>
        <w:t>대상: 교사</w:t>
      </w:r>
    </w:p>
    <w:p>
      <w:pPr>
        <w:pStyle w:val="ListBullet"/>
      </w:pPr>
      <w:r>
        <w:t>총 시간: 3시간</w:t>
      </w:r>
    </w:p>
    <w:p>
      <w:pPr>
        <w:pStyle w:val="ListBullet"/>
      </w:pPr>
      <w:r>
        <w:t>구성: Opal 실습 / Workspace Studio 실습 / AI Studio+Antigravity 시연·실습</w:t>
      </w:r>
    </w:p>
    <w:p>
      <w:pPr>
        <w:pStyle w:val="ListBullet"/>
      </w:pPr>
      <w:r>
        <w:t>운영 원칙: 실제 학생 개인정보 없이 더미 데이터만 사용</w:t>
      </w:r>
    </w:p>
    <w:p>
      <w:r>
        <w:t>---</w:t>
      </w:r>
    </w:p>
    <w:p>
      <w:pPr>
        <w:pStyle w:val="Heading2"/>
      </w:pPr>
      <w:r>
        <w:t>전체 운영 시간표</w:t>
      </w:r>
    </w:p>
    <w:p>
      <w:r>
        <w:t>| 시간 | 구간 | 운영 |</w:t>
      </w:r>
    </w:p>
    <w:p>
      <w:r>
        <w:t>|---:|---|---|</w:t>
      </w:r>
    </w:p>
    <w:p>
      <w:r>
        <w:t>| 0:00~0:10 | 오리엔테이션 | AI Agent 개념, 산출물, 안전 기준 |</w:t>
      </w:r>
    </w:p>
    <w:p>
      <w:r>
        <w:t>| 0:10~0:55 | 1교시 Opal | 학생 맞춤형 AI 미니앱 제작 실습 |</w:t>
      </w:r>
    </w:p>
    <w:p>
      <w:r>
        <w:t>| 0:55~1:00 | 공유 | Opal 결과 2~3명 공유 |</w:t>
      </w:r>
    </w:p>
    <w:p>
      <w:r>
        <w:t>| 1:00~1:50 | 2교시 Workspace Studio | 진단→피드백 Flow 설계/제작 실습 |</w:t>
      </w:r>
    </w:p>
    <w:p>
      <w:r>
        <w:t>| 1:50~2:00 | 휴식 | 계정/접속 문제 정리 |</w:t>
      </w:r>
    </w:p>
    <w:p>
      <w:r>
        <w:t>| 2:00~2:25 | 3교시 AI Studio | 맞춤형 수업 프롬프트 시연+실습 |</w:t>
      </w:r>
    </w:p>
    <w:p>
      <w:r>
        <w:t>| 2:25~2:45 | 3교시 Antigravity | 수업용 미니 웹앱 제작 시연+요구사항 작성 |</w:t>
      </w:r>
    </w:p>
    <w:p>
      <w:r>
        <w:t>| 2:45~3:00 | 마무리 | 적용 계획, 윤리 체크, Q&amp;A |</w:t>
      </w:r>
    </w:p>
    <w:p>
      <w:r>
        <w:t>---</w:t>
      </w:r>
    </w:p>
    <w:p>
      <w:pPr>
        <w:pStyle w:val="Heading2"/>
      </w:pPr>
      <w:r>
        <w:t>강사용 핵심 메시지</w:t>
      </w:r>
    </w:p>
    <w:p>
      <w:r>
        <w:t>1. AI Agent는 “질문에 답하는 챗봇”이 아니라, 목표를 받아 여러 단계를 수행하는 작업 흐름입니다.</w:t>
      </w:r>
    </w:p>
    <w:p>
      <w:r>
        <w:t>2. 학생 맞춤형 수업에서 AI는 학생을 판정하는 도구가 아니라, 교사의 지원 전략 설계를 돕는 도구입니다.</w:t>
      </w:r>
    </w:p>
    <w:p>
      <w:r>
        <w:t>3. 실제 학생 이름, 성적, 상담, 건강, 가정환경 정보는 사용하지 않습니다.</w:t>
      </w:r>
    </w:p>
    <w:p>
      <w:r>
        <w:t>4. 오늘 만드는 모든 결과물은 교사용 초안이며, 최종 판단과 책임은 교사에게 있습니다.</w:t>
      </w:r>
    </w:p>
    <w:p>
      <w:r>
        <w:t>5. AI에게는 구조를 맡기고, 사실과 책임은 교사가 가져갑니다.</w:t>
      </w:r>
    </w:p>
    <w:p>
      <w:r>
        <w:t>---</w:t>
      </w:r>
    </w:p>
    <w:p>
      <w:pPr>
        <w:pStyle w:val="Heading2"/>
      </w:pPr>
      <w:r>
        <w:t>슬라이드별 진행 스크립트</w:t>
      </w:r>
    </w:p>
    <w:p>
      <w:pPr>
        <w:pStyle w:val="Heading3"/>
      </w:pPr>
      <w:r>
        <w:t>Slide 1. 표지</w:t>
      </w:r>
    </w:p>
    <w:p>
      <w:r>
        <w:t>오늘은 네 가지 Google 계열 AI 도구를 활용해 학생 맞춤형 수업을 설계하는 실습을 진행합니다. 도구를 단순히 소개하는 시간이 아니라, 각자 수업에 가져갈 수 있는 작은 결과물을 만드는 시간이 목표입니다.</w:t>
      </w:r>
    </w:p>
    <w:p>
      <w:pPr>
        <w:pStyle w:val="Heading3"/>
      </w:pPr>
      <w:r>
        <w:t>Slide 2. 강의 목표</w:t>
      </w:r>
    </w:p>
    <w:p>
      <w:r>
        <w:t>오늘의 목표는 AI 도구를 많이 아는 것이 아니라, 내 교과와 단원에 맞게 AI Agent 흐름을 설계해보는 것입니다. 강의가 끝나면 Opal 앱, Workspace Flow, AI Studio 프롬프트, Antigravity 요구사항을 하나씩 갖게 됩니다.</w:t>
      </w:r>
    </w:p>
    <w:p>
      <w:pPr>
        <w:pStyle w:val="Heading3"/>
      </w:pPr>
      <w:r>
        <w:t>Slide 3. 오늘의 산출물</w:t>
      </w:r>
    </w:p>
    <w:p>
      <w:r>
        <w:t>각 교시마다 결과물이 있습니다. 1교시는 앱, 2교시는 업무 흐름, 3교시는 프롬프트와 수업 도구 요구사항입니다. 중간에 완벽하지 않아도 괜찮습니다. 첫 버전을 만들고 고치는 것이 핵심입니다.</w:t>
      </w:r>
    </w:p>
    <w:p>
      <w:pPr>
        <w:pStyle w:val="Heading3"/>
      </w:pPr>
      <w:r>
        <w:t>Slide 4. AI Agent 개념</w:t>
      </w:r>
    </w:p>
    <w:p>
      <w:r>
        <w:t>챗봇은 질문을 받으면 답변합니다. AI Agent는 목표를 받고, 필요한 단계를 수행하고, 결과물을 만듭니다. 교사 입장에서는 반복되는 수업 준비와 피드백 업무를 일정한 흐름으로 만드는 방식이라고 이해하면 됩니다.</w:t>
      </w:r>
    </w:p>
    <w:p>
      <w:pPr>
        <w:pStyle w:val="Heading3"/>
      </w:pPr>
      <w:r>
        <w:t>Slide 5. 학생 맞춤형 수업 원칙</w:t>
      </w:r>
    </w:p>
    <w:p>
      <w:r>
        <w:t>가장 중요한 안전 기준입니다. 실제 학생 개인정보를 넣지 않습니다. AI는 학생을 확정 평가하지 않습니다. AI가 만든 결과는 교사가 검토하고 수정하는 초안입니다.</w:t>
      </w:r>
    </w:p>
    <w:p>
      <w:pPr>
        <w:pStyle w:val="Heading3"/>
      </w:pPr>
      <w:r>
        <w:t>Slide 6. Opal 교시 목표</w:t>
      </w:r>
    </w:p>
    <w:p>
      <w:r>
        <w:t>이제 Opal로 들어갑니다. Opal에서는 학생 수준과 어려움을 입력하면 맞춤 설명, 활동, 확인 질문을 출력하는 AI 미니앱을 만들어보겠습니다.</w:t>
      </w:r>
    </w:p>
    <w:p>
      <w:pPr>
        <w:pStyle w:val="Heading3"/>
      </w:pPr>
      <w:r>
        <w:t>Slide 7. Opal 소개</w:t>
      </w:r>
    </w:p>
    <w:p>
      <w:r>
        <w:t>Opal은 자연어로 AI 미니앱을 만들 수 있는 도구입니다. 핵심 구조는 입력, 생성, 출력입니다. 교사가 매번 쓰던 프롬프트를 앱처럼 저장하고 반복 사용할 수 있습니다.</w:t>
      </w:r>
    </w:p>
    <w:p>
      <w:pPr>
        <w:pStyle w:val="Heading3"/>
      </w:pPr>
      <w:r>
        <w:t>Slide 8. Opal의 Agent적 성격</w:t>
      </w:r>
    </w:p>
    <w:p>
      <w:r>
        <w:t>Opal 앱은 목표를 받고, 입력값에 따라 다른 결과를 만들고, 반복 사용할 수 있습니다. 그래서 Opal은 Agentic App Builder로 볼 수 있습니다.</w:t>
      </w:r>
    </w:p>
    <w:p>
      <w:pPr>
        <w:pStyle w:val="Heading3"/>
      </w:pPr>
      <w:r>
        <w:t>Slide 9. 수업 준비 업무의 앱화</w:t>
      </w:r>
    </w:p>
    <w:p>
      <w:r>
        <w:t>교사가 자주 하는 수준별 설명, 오개념 보충, 형성평가 문항, 피드백 문장 작성을 앱으로 바꿀 수 있습니다. 이때 앱은 완성본을 보내는 도구가 아니라 교사용 초안을 만드는 도구입니다.</w:t>
      </w:r>
    </w:p>
    <w:p>
      <w:pPr>
        <w:pStyle w:val="Heading3"/>
      </w:pPr>
      <w:r>
        <w:t>Slide 10. 실습 앱 개념</w:t>
      </w:r>
    </w:p>
    <w:p>
      <w:r>
        <w:t>오늘 기본 실습은 학생 맞춤 수업안 생성기입니다. 과목, 단원, 학생 수준, 어려움을 입력하면 설명, 활동, 질문, 피드백을 출력합니다.</w:t>
      </w:r>
    </w:p>
    <w:p>
      <w:pPr>
        <w:pStyle w:val="Heading3"/>
      </w:pPr>
      <w:r>
        <w:t>Slide 11. 대안 앱 개념</w:t>
      </w:r>
    </w:p>
    <w:p>
      <w:r>
        <w:t>오개념이 중요한 교과는 오개념 보충 설명 에이전트로 만들어도 됩니다. 학생이 틀린 유형을 입력하면 가능한 오개념, 확인 질문, 보충 설명을 생성합니다.</w:t>
      </w:r>
    </w:p>
    <w:p>
      <w:pPr>
        <w:pStyle w:val="Heading3"/>
      </w:pPr>
      <w:r>
        <w:t>Slide 12. 더미 학생 프로필</w:t>
      </w:r>
    </w:p>
    <w:p>
      <w:r>
        <w:t>실습에서는 더미 학생 프로필을 사용합니다. 이름이나 실제 성적은 쓰지 않고, 단원, 어려움, 선호 방식만 사용합니다.</w:t>
      </w:r>
    </w:p>
    <w:p>
      <w:pPr>
        <w:pStyle w:val="Heading3"/>
      </w:pPr>
      <w:r>
        <w:t>Slide 13. Opal 제작 흐름</w:t>
      </w:r>
    </w:p>
    <w:p>
      <w:r>
        <w:t>새 앱을 만들고, 목적을 자연어로 입력한 뒤, 생성된 흐름을 확인합니다. 이후 입력, 생성, 출력 단계를 수정하고 테스트합니다.</w:t>
      </w:r>
    </w:p>
    <w:p>
      <w:pPr>
        <w:pStyle w:val="Heading3"/>
      </w:pPr>
      <w:r>
        <w:t>Slide 14. 앱 생성 프롬프트</w:t>
      </w:r>
    </w:p>
    <w:p>
      <w:r>
        <w:t>화면의 프롬프트를 그대로 시작점으로 사용합니다. 목적, 입력값, 출력값, 개인정보 금지 조건이 들어가야 합니다. 이후 자기 교과에 맞게 바꿉니다.</w:t>
      </w:r>
    </w:p>
    <w:p>
      <w:pPr>
        <w:pStyle w:val="Heading3"/>
      </w:pPr>
      <w:r>
        <w:t>Slide 15. 입력 항목 설계</w:t>
      </w:r>
    </w:p>
    <w:p>
      <w:r>
        <w:t>좋은 입력 항목은 수업 지원에 필요한 정보만 받습니다. 단원, 수준, 어려움, 선호 방식은 가능하지만 이름, 성적, 상담 정보는 넣지 않습니다.</w:t>
      </w:r>
    </w:p>
    <w:p>
      <w:pPr>
        <w:pStyle w:val="Heading3"/>
      </w:pPr>
      <w:r>
        <w:t>Slide 16. 생성 단계 설계</w:t>
      </w:r>
    </w:p>
    <w:p>
      <w:r>
        <w:t>생성 단계에서는 AI가 어떤 기준으로 결과를 만들지 정합니다. 교사용 초안, 낙인 금지, 쉬운 설명, 실행 가능한 활동, 확인 질문 같은 조건을 넣습니다.</w:t>
      </w:r>
    </w:p>
    <w:p>
      <w:pPr>
        <w:pStyle w:val="Heading3"/>
      </w:pPr>
      <w:r>
        <w:t>Slide 17. 출력 형식 설계</w:t>
      </w:r>
    </w:p>
    <w:p>
      <w:r>
        <w:t>출력 형식은 일정해야 합니다. 지원 요약, 쉬운 설명, 맞춤 활동, 확인 질문, 피드백, 다음 수업 연결로 고정하면 교사가 빠르게 확인할 수 있습니다.</w:t>
      </w:r>
    </w:p>
    <w:p>
      <w:pPr>
        <w:pStyle w:val="Heading3"/>
      </w:pPr>
      <w:r>
        <w:t>Slide 18. Opal 실습</w:t>
      </w:r>
    </w:p>
    <w:p>
      <w:r>
        <w:t>이제 직접 만들어봅니다. 내 교과와 단원을 선택하고, 더미 학생 프로필을 넣어 앱을 생성한 뒤 결과를 테스트합니다. 한 번 실행 후 반드시 수정할 점을 하나 반영해봅니다.</w:t>
      </w:r>
    </w:p>
    <w:p>
      <w:pPr>
        <w:pStyle w:val="Heading3"/>
      </w:pPr>
      <w:r>
        <w:t>Slide 19. Opal 결과 점검</w:t>
      </w:r>
    </w:p>
    <w:p>
      <w:r>
        <w:t>결과를 체크리스트로 확인합니다. 개인정보 금지 안내가 있는지, 입력 항목이 명확한지, 출력 형식이 일정한지, 학생 수준이 반영됐는지 봅니다.</w:t>
      </w:r>
    </w:p>
    <w:p>
      <w:pPr>
        <w:pStyle w:val="Heading3"/>
      </w:pPr>
      <w:r>
        <w:t>Slide 20. Opal 정리</w:t>
      </w:r>
    </w:p>
    <w:p>
      <w:r>
        <w:t>Opal은 반복 프롬프트를 앱으로 전환하는 데 강합니다. 다만 공유 범위와 결과 검토가 중요합니다.</w:t>
      </w:r>
    </w:p>
    <w:p>
      <w:pPr>
        <w:pStyle w:val="Heading3"/>
      </w:pPr>
      <w:r>
        <w:t>Slide 21. 1교시 공유</w:t>
      </w:r>
    </w:p>
    <w:p>
      <w:r>
        <w:t>2~3명만 짧게 공유합니다. 어떤 앱을 만들었는지, 어떤 입력 항목이 중요했는지, 수업에 쓰려면 무엇을 고쳐야 하는지 나눕니다.</w:t>
      </w:r>
    </w:p>
    <w:p>
      <w:pPr>
        <w:pStyle w:val="Heading3"/>
      </w:pPr>
      <w:r>
        <w:t>Slide 22. Workspace Studio 교시 목표</w:t>
      </w:r>
    </w:p>
    <w:p>
      <w:r>
        <w:t>2교시는 Workspace Studio입니다. 학생 진단 응답을 요약하고 맞춤 피드백 초안을 만드는 Flow를 설계합니다.</w:t>
      </w:r>
    </w:p>
    <w:p>
      <w:pPr>
        <w:pStyle w:val="Heading3"/>
      </w:pPr>
      <w:r>
        <w:t>Slide 23. Workspace Studio 소개</w:t>
      </w:r>
    </w:p>
    <w:p>
      <w:r>
        <w:t>Workspace Studio는 Google Workspace 안에서 Starter와 Step을 연결해 AI 업무 흐름을 만드는 도구입니다. Form, Sheets, Docs, Chat과 연결할 수 있습니다.</w:t>
      </w:r>
    </w:p>
    <w:p>
      <w:pPr>
        <w:pStyle w:val="Heading3"/>
      </w:pPr>
      <w:r>
        <w:t>Slide 24. 수업 업무 흐름 적용</w:t>
      </w:r>
    </w:p>
    <w:p>
      <w:r>
        <w:t>수업에서는 사전 진단 응답 요약, 과제 피드백, 보충지도 대상 정리, 상담 메모 등에 활용할 수 있습니다.</w:t>
      </w:r>
    </w:p>
    <w:p>
      <w:pPr>
        <w:pStyle w:val="Heading3"/>
      </w:pPr>
      <w:r>
        <w:t>Slide 25. 실습 시나리오</w:t>
      </w:r>
    </w:p>
    <w:p>
      <w:r>
        <w:t>오늘은 Form 응답이 Sheets에 저장되면 Gemini가 요약하고, 교사용 피드백 초안을 만들어 저장하거나 알림하는 흐름을 만듭니다.</w:t>
      </w:r>
    </w:p>
    <w:p>
      <w:pPr>
        <w:pStyle w:val="Heading3"/>
      </w:pPr>
      <w:r>
        <w:t>Slide 26. 계정·관리자 조건</w:t>
      </w:r>
    </w:p>
    <w:p>
      <w:r>
        <w:t>Workspace Studio는 학교 계정과 관리자 설정의 영향을 받습니다. 직접 실행이 안 되는 경우에는 Flow 설계지를 작성하는 방식으로 참여하면 됩니다.</w:t>
      </w:r>
    </w:p>
    <w:p>
      <w:pPr>
        <w:pStyle w:val="Heading3"/>
      </w:pPr>
      <w:r>
        <w:t>Slide 27. 더미 진단 문항</w:t>
      </w:r>
    </w:p>
    <w:p>
      <w:r>
        <w:t>진단 문항은 어려웠던 개념, 헷갈린 부분, 이해 수준, 선호 설명 방식, 추가 연습 희망 내용으로 구성합니다.</w:t>
      </w:r>
    </w:p>
    <w:p>
      <w:pPr>
        <w:pStyle w:val="Heading3"/>
      </w:pPr>
      <w:r>
        <w:t>Slide 28. Flow 전체 구조</w:t>
      </w:r>
    </w:p>
    <w:p>
      <w:r>
        <w:t>흐름은 새 응답 감지, 응답 요약, 지원 유형 임시 분류, 피드백 생성, 저장 또는 알림입니다. 복잡해 보여도 결국 순서 설계입니다.</w:t>
      </w:r>
    </w:p>
    <w:p>
      <w:pPr>
        <w:pStyle w:val="Heading3"/>
      </w:pPr>
      <w:r>
        <w:t>Slide 29. Step 1 응답 요약</w:t>
      </w:r>
    </w:p>
    <w:p>
      <w:r>
        <w:t>첫 단계는 평가가 아니라 요약입니다. 학생을 단정하지 않고, 현재 응답에서 보이는 지원 필요 영역만 정리합니다.</w:t>
      </w:r>
    </w:p>
    <w:p>
      <w:pPr>
        <w:pStyle w:val="Heading3"/>
      </w:pPr>
      <w:r>
        <w:t>Slide 30. Step 2 지원 유형 분류</w:t>
      </w:r>
    </w:p>
    <w:p>
      <w:r>
        <w:t>기초, 보통, 심화는 확정 평가가 아닙니다. 수업 준비를 위한 임시 지원 유형으로만 사용합니다.</w:t>
      </w:r>
    </w:p>
    <w:p>
      <w:pPr>
        <w:pStyle w:val="Heading3"/>
      </w:pPr>
      <w:r>
        <w:t>Slide 31. Step 3 피드백 초안</w:t>
      </w:r>
    </w:p>
    <w:p>
      <w:r>
        <w:t>피드백은 낙인 없이 다음 행동을 제안해야 합니다. 학생에게 바로 보내는 문장이 아니라 교사가 검토할 초안으로 생성합니다.</w:t>
      </w:r>
    </w:p>
    <w:p>
      <w:pPr>
        <w:pStyle w:val="Heading3"/>
      </w:pPr>
      <w:r>
        <w:t>Slide 32. 저장과 알림</w:t>
      </w:r>
    </w:p>
    <w:p>
      <w:r>
        <w:t>결과는 Sheets, Docs, Drive, Chat, Tasks에 저장하거나 알림할 수 있습니다. 단, 학생 자동 발송은 하지 않습니다.</w:t>
      </w:r>
    </w:p>
    <w:p>
      <w:pPr>
        <w:pStyle w:val="Heading3"/>
      </w:pPr>
      <w:r>
        <w:t>Slide 33. Workspace Studio 실습</w:t>
      </w:r>
    </w:p>
    <w:p>
      <w:r>
        <w:t>Starter와 Gemini Step을 연결해 진단 응답 기반 피드백 Flow를 만듭니다. 실행이 어려운 환경에서는 Flow 설계지를 완성합니다.</w:t>
      </w:r>
    </w:p>
    <w:p>
      <w:pPr>
        <w:pStyle w:val="Heading3"/>
      </w:pPr>
      <w:r>
        <w:t>Slide 34. Flow 결과 점검</w:t>
      </w:r>
    </w:p>
    <w:p>
      <w:r>
        <w:t>더미 데이터 사용 여부, 자동 발송 금지, 낙인 표현 금지, 교사 검토 위치를 확인합니다.</w:t>
      </w:r>
    </w:p>
    <w:p>
      <w:pPr>
        <w:pStyle w:val="Heading3"/>
      </w:pPr>
      <w:r>
        <w:t>Slide 35. Workspace Studio 정리</w:t>
      </w:r>
    </w:p>
    <w:p>
      <w:r>
        <w:t>Workspace Studio는 반복 업무 자동화에 강하지만 관리자 설정, 계정 권한, 공유 범위 확인이 필요합니다.</w:t>
      </w:r>
    </w:p>
    <w:p>
      <w:pPr>
        <w:pStyle w:val="Heading3"/>
      </w:pPr>
      <w:r>
        <w:t>Slide 36. 3교시 목표</w:t>
      </w:r>
    </w:p>
    <w:p>
      <w:r>
        <w:t>3교시는 AI Studio와 Antigravity입니다. AI Studio로 맞춤형 수업 프롬프트를 설계하고, Antigravity로 수업 도구 구현을 시연합니다.</w:t>
      </w:r>
    </w:p>
    <w:p>
      <w:pPr>
        <w:pStyle w:val="Heading3"/>
      </w:pPr>
      <w:r>
        <w:t>Slide 37. AI Studio와 Antigravity 구분</w:t>
      </w:r>
    </w:p>
    <w:p>
      <w:r>
        <w:t>AI Studio는 모델과 프롬프트를 실험하는 곳입니다. Antigravity는 자연어 요구사항을 실제 파일과 도구로 만드는 코딩 에이전트입니다.</w:t>
      </w:r>
    </w:p>
    <w:p>
      <w:pPr>
        <w:pStyle w:val="Heading3"/>
      </w:pPr>
      <w:r>
        <w:t>Slide 38. AI Studio 소개</w:t>
      </w:r>
    </w:p>
    <w:p>
      <w:r>
        <w:t>AI Studio에서는 Gemini 모델을 실험하고, 출력 형식과 응답 구조를 조정할 수 있습니다. 오늘은 교사용 프롬프트 설계에 집중합니다.</w:t>
      </w:r>
    </w:p>
    <w:p>
      <w:pPr>
        <w:pStyle w:val="Heading3"/>
      </w:pPr>
      <w:r>
        <w:t>Slide 39. AI Studio 시연</w:t>
      </w:r>
    </w:p>
    <w:p>
      <w:r>
        <w:t>학생 프로필을 넣고 보충 설명, 5분 활동, 확인 질문, 피드백 문장을 만들어보겠습니다. 역할, 단원, 학생 특성, 출력 형식이 모두 들어가야 합니다.</w:t>
      </w:r>
    </w:p>
    <w:p>
      <w:pPr>
        <w:pStyle w:val="Heading3"/>
      </w:pPr>
      <w:r>
        <w:t>Slide 40. 좋은 프롬프트 요소</w:t>
      </w:r>
    </w:p>
    <w:p>
      <w:r>
        <w:t>좋은 프롬프트에는 교사 역할, 단원, 학생 이해 수준, 오개념, 출력 형식이 필요합니다. 낙인 금지와 개인정보 금지도 반드시 포함합니다.</w:t>
      </w:r>
    </w:p>
    <w:p>
      <w:pPr>
        <w:pStyle w:val="Heading3"/>
      </w:pPr>
      <w:r>
        <w:t>Slide 41. AI Studio 실습</w:t>
      </w:r>
    </w:p>
    <w:p>
      <w:r>
        <w:t>각자 교과에 맞춰 프롬프트를 작성합니다. 학생 맞춤 설명, 예시, 문제, 피드백, 다음 활동을 생성합니다.</w:t>
      </w:r>
    </w:p>
    <w:p>
      <w:pPr>
        <w:pStyle w:val="Heading3"/>
      </w:pPr>
      <w:r>
        <w:t>Slide 42. AI Studio 결과 점검</w:t>
      </w:r>
    </w:p>
    <w:p>
      <w:r>
        <w:t>결과가 실제 수업에 쓸 수 있는지, 학생 수준에 맞는지, 낙인 표현은 없는지, 다음 활동으로 연결되는지 확인합니다.</w:t>
      </w:r>
    </w:p>
    <w:p>
      <w:pPr>
        <w:pStyle w:val="Heading3"/>
      </w:pPr>
      <w:r>
        <w:t>Slide 43. 프롬프트에서 도구로</w:t>
      </w:r>
    </w:p>
    <w:p>
      <w:r>
        <w:t>AI Studio에서 검증한 응답 구조는 Antigravity에 수업용 웹앱 요구사항으로 전달할 수 있습니다.</w:t>
      </w:r>
    </w:p>
    <w:p>
      <w:pPr>
        <w:pStyle w:val="Heading3"/>
      </w:pPr>
      <w:r>
        <w:t>Slide 44. Antigravity 소개</w:t>
      </w:r>
    </w:p>
    <w:p>
      <w:r>
        <w:t>Antigravity는 자연어 요구사항을 코드와 파일로 구현하는 AI 코딩 에이전트입니다. 오늘은 수업용 미니 웹앱 제작 과정을 시연합니다.</w:t>
      </w:r>
    </w:p>
    <w:p>
      <w:pPr>
        <w:pStyle w:val="Heading3"/>
      </w:pPr>
      <w:r>
        <w:t>Slide 45. Antigravity 데모 목표</w:t>
      </w:r>
    </w:p>
    <w:p>
      <w:r>
        <w:t>단원, 수준, 오개념을 입력하면 맞춤 설명, 활동, 질문을 출력하는 단일 HTML 웹페이지를 만듭니다.</w:t>
      </w:r>
    </w:p>
    <w:p>
      <w:pPr>
        <w:pStyle w:val="Heading3"/>
      </w:pPr>
      <w:r>
        <w:t>Slide 46. Antigravity 지시문</w:t>
      </w:r>
    </w:p>
    <w:p>
      <w:r>
        <w:t>좋은 지시문에는 입력값, 출력값, 화면 구성, 파일 조건이 들어갑니다. 오늘은 index.html 하나로 만드는 조건을 사용합니다.</w:t>
      </w:r>
    </w:p>
    <w:p>
      <w:pPr>
        <w:pStyle w:val="Heading3"/>
      </w:pPr>
      <w:r>
        <w:t>Slide 47. 시연 관찰 포인트</w:t>
      </w:r>
    </w:p>
    <w:p>
      <w:r>
        <w:t>코드 자체보다 협업 방식을 봅니다. 요구사항을 어떻게 해석하는지, 파일을 어떻게 만들고 수정하는지, 오류를 어떻게 고치는지 관찰합니다.</w:t>
      </w:r>
    </w:p>
    <w:p>
      <w:pPr>
        <w:pStyle w:val="Heading3"/>
      </w:pPr>
      <w:r>
        <w:t>Slide 48. 선택 실습</w:t>
      </w:r>
    </w:p>
    <w:p>
      <w:r>
        <w:t>각자 교과에 필요한 수업 도구 요구사항을 작성합니다. 사용자, 입력값, 출력값, 제외할 기능을 정리합니다.</w:t>
      </w:r>
    </w:p>
    <w:p>
      <w:pPr>
        <w:pStyle w:val="Heading3"/>
      </w:pPr>
      <w:r>
        <w:t>Slide 49. Antigravity 주의점</w:t>
      </w:r>
    </w:p>
    <w:p>
      <w:r>
        <w:t>학교 PC 설치 권한, 외부 코드 실행 정책, 학생 데이터 입력 금지, 로그인과 성적 저장 기능 제외를 확인합니다.</w:t>
      </w:r>
    </w:p>
    <w:p>
      <w:pPr>
        <w:pStyle w:val="Heading3"/>
      </w:pPr>
      <w:r>
        <w:t>Slide 50. 3교시 정리</w:t>
      </w:r>
    </w:p>
    <w:p>
      <w:r>
        <w:t>AI Studio는 응답 구조 설계에, Antigravity는 도구 구현에 적합합니다. 교사의 핵심 역량은 교육 목표와 요구사항을 명확히 말하는 것입니다.</w:t>
      </w:r>
    </w:p>
    <w:p>
      <w:pPr>
        <w:pStyle w:val="Heading3"/>
      </w:pPr>
      <w:r>
        <w:t>Slide 51. 네 도구 종합 정리</w:t>
      </w:r>
    </w:p>
    <w:p>
      <w:r>
        <w:t>Opal은 앱, Workspace Studio는 업무 Flow, AI Studio는 프롬프트 실험, Antigravity는 도구 구현입니다. 내 수업에는 무엇이 먼저 필요한지 생각해봅니다.</w:t>
      </w:r>
    </w:p>
    <w:p>
      <w:pPr>
        <w:pStyle w:val="Heading3"/>
      </w:pPr>
      <w:r>
        <w:t>Slide 52. 내 수업 적용 계획</w:t>
      </w:r>
    </w:p>
    <w:p>
      <w:r>
        <w:t>교과, 단원, 맞춤 지원 장면, 사용할 도구, 입력 데이터, 산출물, 검토 지점을 정리합니다.</w:t>
      </w:r>
    </w:p>
    <w:p>
      <w:pPr>
        <w:pStyle w:val="Heading3"/>
      </w:pPr>
      <w:r>
        <w:t>Slide 53. 개인정보·윤리 체크</w:t>
      </w:r>
    </w:p>
    <w:p>
      <w:r>
        <w:t>실제 이름, 성적, 상담, 건강, 가정환경 정보를 넣지 않습니다. 결과는 학생에게 자동 발송하지 않고 교사가 최종 검토합니다.</w:t>
      </w:r>
    </w:p>
    <w:p>
      <w:pPr>
        <w:pStyle w:val="Heading3"/>
      </w:pPr>
      <w:r>
        <w:t>Slide 54. 핵심 메시지</w:t>
      </w:r>
    </w:p>
    <w:p>
      <w:r>
        <w:t>AI에게는 구조를 맡기고, 사실과 책임은 교사가 가져갑니다. 맞춤형 수업은 학생 분류가 아니라 다음 지원을 구체화하는 것입니다.</w:t>
      </w:r>
    </w:p>
    <w:p>
      <w:pPr>
        <w:pStyle w:val="Heading3"/>
      </w:pPr>
      <w:r>
        <w:t>Slide 55. Q&amp;A와 다음 실천</w:t>
      </w:r>
    </w:p>
    <w:p>
      <w:r>
        <w:t>오늘 만든 것 중 다음 주에 바로 해볼 작은 실천을 하나 정합니다. 동료와 공유할 수 있는 템플릿도 함께 정리합니다.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ple SD Gothic Neo" w:hAnsi="Apple SD Gothic Neo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